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ANSÖKAN / NOMINERING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Ingrids fond – Rimbo HK Roslagen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Fyll i formuläret så tydligt som möjligt. </w:t>
      </w:r>
      <w:r w:rsidDel="00000000" w:rsidR="00000000" w:rsidRPr="00000000">
        <w:rPr>
          <w:rtl w:val="0"/>
        </w:rPr>
        <w:t xml:space="preserve">Ansökan kan göras av individen själv, av vårdnadshavare eller genom nominering av exempelvis ledare eller föreningens styrelse.</w:t>
      </w:r>
    </w:p>
    <w:tbl>
      <w:tblPr>
        <w:tblStyle w:val="Table1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1. Typ av ärende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☐ Egen ansökan    ☐ Ansökan genom vårdnadshavare    ☐ Nominering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Vilken typ av stöd gäller ansökan?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☐ Barn/ungdom    ☐ Ledare    ☐ Domare    ☐ Annat ideellt engagemang</w:t>
      </w:r>
    </w:p>
    <w:tbl>
      <w:tblPr>
        <w:tblStyle w:val="Table2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2. Uppgifter om den som ansökan avser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Födelseår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E-post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Lag / funktion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Roll i föreningen(Spelare, ledare, domare)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</w:t>
            </w:r>
          </w:p>
        </w:tc>
      </w:tr>
    </w:tbl>
    <w:p w:rsidR="00000000" w:rsidDel="00000000" w:rsidP="00000000" w:rsidRDefault="00000000" w:rsidRPr="00000000" w14:paraId="00000017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3. Uppgifter om den som skickar in ansökan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 / 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Exempelvis sökande, vårdnadshavare, ledare eller styrelse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E-post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</w:tbl>
    <w:p w:rsidR="00000000" w:rsidDel="00000000" w:rsidP="00000000" w:rsidRDefault="00000000" w:rsidRPr="00000000" w14:paraId="0000002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4. Motivering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Varför söker du stöd eller varför nomineras personen?</w:t>
      </w:r>
      <w:r w:rsidDel="00000000" w:rsidR="00000000" w:rsidRPr="00000000">
        <w:rPr>
          <w:i w:val="1"/>
          <w:iCs w:val="1"/>
          <w:rtl w:val="0"/>
        </w:rPr>
        <w:br w:type="textWrapping"/>
        <w:t xml:space="preserve">Beskriv kort behovet, engagemanget eller den insats som du vill lyfta fram.</w:t>
      </w: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Beskriv personens koppling till Rimbo HK Roslagen.</w:t>
      </w:r>
      <w:r w:rsidDel="00000000" w:rsidR="00000000" w:rsidRPr="00000000">
        <w:rPr>
          <w:i w:val="1"/>
          <w:iCs w:val="1"/>
          <w:rtl w:val="0"/>
        </w:rPr>
        <w:br w:type="textWrapping"/>
        <w:t xml:space="preserve">Exempelvis lag, roll, hur länge personen varit aktiv och på vilket sätt personen deltar i verksamheten.</w:t>
      </w:r>
      <w:r w:rsidDel="00000000" w:rsidR="00000000" w:rsidRPr="00000000">
        <w:rPr>
          <w:rtl w:val="0"/>
        </w:rPr>
      </w:r>
    </w:p>
    <w:tbl>
      <w:tblPr>
        <w:tblStyle w:val="Table8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2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5. Vad ska bidraget användas till?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Beskriv vad stödet ska användas till.</w:t>
      </w:r>
      <w:r w:rsidDel="00000000" w:rsidR="00000000" w:rsidRPr="00000000">
        <w:rPr>
          <w:i w:val="1"/>
          <w:iCs w:val="1"/>
          <w:rtl w:val="0"/>
        </w:rPr>
        <w:br w:type="textWrapping"/>
        <w:t xml:space="preserve">Exempelvis cup, läger, spelarutbildning, ledarutbildning, domarutbildning eller annan handbollsrelaterad insats.</w:t>
      </w:r>
      <w:r w:rsidDel="00000000" w:rsidR="00000000" w:rsidRPr="00000000">
        <w:rPr>
          <w:rtl w:val="0"/>
        </w:rPr>
      </w:r>
    </w:p>
    <w:tbl>
      <w:tblPr>
        <w:tblStyle w:val="Table10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33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Sökt belopp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 kr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kostnad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 kr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Aktivitet / ändamål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När behövs stödet?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</w:tbl>
    <w:p w:rsidR="00000000" w:rsidDel="00000000" w:rsidP="00000000" w:rsidRDefault="00000000" w:rsidRPr="00000000" w14:paraId="0000003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6. Övriga upplysningar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Finns det något annat som bör vägas in i bedömningen?</w:t>
      </w:r>
      <w:r w:rsidDel="00000000" w:rsidR="00000000" w:rsidRPr="00000000">
        <w:rPr>
          <w:i w:val="1"/>
          <w:iCs w:val="1"/>
          <w:rtl w:val="0"/>
        </w:rPr>
        <w:br w:type="textWrapping"/>
        <w:t xml:space="preserve">Det är frivilligt att lämna ytterligare information. Undvik känsliga privata detaljer som inte är nödvändiga för bedömningen.</w:t>
      </w:r>
      <w:r w:rsidDel="00000000" w:rsidR="00000000" w:rsidRPr="00000000">
        <w:rPr>
          <w:rtl w:val="0"/>
        </w:rPr>
      </w:r>
    </w:p>
    <w:tbl>
      <w:tblPr>
        <w:tblStyle w:val="Table13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Mar>
              <w:top w:w="140.0" w:type="dxa"/>
              <w:bottom w:w="14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42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7. Underskrift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08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Ort och 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Namnförtydligande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Underskrift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  ___________________________________________</w:t>
            </w:r>
          </w:p>
        </w:tc>
      </w:tr>
    </w:tbl>
    <w:p w:rsidR="00000000" w:rsidDel="00000000" w:rsidP="00000000" w:rsidRDefault="00000000" w:rsidRPr="00000000" w14:paraId="0000004B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12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Information: </w:t>
      </w:r>
      <w:r w:rsidDel="00000000" w:rsidR="00000000" w:rsidRPr="00000000">
        <w:rPr>
          <w:sz w:val="18"/>
          <w:szCs w:val="18"/>
          <w:rtl w:val="0"/>
        </w:rPr>
        <w:t xml:space="preserve">Ansökningar behandlas med respekt och med begränsad insyn. Styrelsen kan vid behov begära kompletterande uppgifter. Beslut fattas enligt bestämmelserna för Ingrids fond.</w:t>
      </w:r>
    </w:p>
    <w:sectPr>
      <w:headerReference r:id="rId7" w:type="default"/>
      <w:pgSz w:h="15840" w:w="12240" w:orient="portrait"/>
      <w:pgMar w:bottom="792" w:top="792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tabs>
        <w:tab w:val="center" w:leader="none" w:pos="4536"/>
        <w:tab w:val="right" w:leader="none" w:pos="9072"/>
      </w:tabs>
      <w:spacing w:after="160" w:line="240" w:lineRule="auto"/>
      <w:rPr/>
    </w:pPr>
    <w:r w:rsidDel="00000000" w:rsidR="00000000" w:rsidRPr="00000000">
      <w:rPr>
        <w:rFonts w:ascii="Georgia" w:cs="Georgia" w:eastAsia="Georgia" w:hAnsi="Georgia"/>
      </w:rPr>
      <w:drawing>
        <wp:inline distB="0" distT="0" distL="0" distR="0">
          <wp:extent cx="671151" cy="784267"/>
          <wp:effectExtent b="0" l="0" r="0" t="0"/>
          <wp:docPr descr="En bild som visar text, symbol, logotyp, Teckensnitt&#10;&#10;Automatiskt genererad beskrivning" id="1" name="image1.png"/>
          <a:graphic>
            <a:graphicData uri="http://schemas.openxmlformats.org/drawingml/2006/picture">
              <pic:pic>
                <pic:nvPicPr>
                  <pic:cNvPr descr="En bild som visar text, symbol, logotyp, Teckensnitt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1151" cy="7842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d1poORNNBmUp0Imm/1gPhh233w==">CgMxLjA4AHIhMTFwc0kxTkw5NmxQMGNVMkJTSElWTzREOHhxQ1ZCUXNX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